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Antrag auf erneute Prüfung meines Pflegegrades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Bisheriger Pflegegrad: [Pflegegrad]</w:t>
        <w:br/>
        <w:t>Veränderung seit: [Zeitpunkt]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mein Unterstützungsbedarf hat sich verändert. Ich beantrage die erneute Prüfung meines Pflegegrades. Die zusätzlich benötigte Hilfe beschreibe ich unten.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bestätigen Sie den Eingang und teilen Sie mir die nächsten Schritte mit. Relevante Unterlagen reiche ich nach Abstimmung ein.</w:t>
      </w:r>
    </w:p>
    <w:p>
      <w:pPr>
        <w:spacing w:after="300" w:before="0"/>
      </w:pPr>
      <w:r>
        <w:rPr>
          <w:rFonts w:ascii="Arial" w:hAnsi="Arial"/>
          <w:b w:val="0"/>
          <w:color w:val="008E99"/>
          <w:sz w:val="22"/>
        </w:rPr>
        <w:t>[Konkrete Alltagssituationen, Art und Häufigkeit der zusätzlich benötigten Hilfe beschreiben.]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den Alltagsunterstützern.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Die Alltagsunterstützer UG (haftungsbeschränkt) | Gluckstraße 57 · 22081 Hamburg</w:t>
    </w:r>
  </w:p>
  <w:p>
    <w:pPr>
      <w:spacing w:after="0"/>
    </w:pPr>
    <w:r>
      <w:rPr>
        <w:rFonts w:ascii="Arial" w:hAnsi="Arial"/>
        <w:b/>
        <w:color w:val="172E52"/>
        <w:sz w:val="16"/>
      </w:rPr>
      <w:t>040 226 353 24 | info@alltagsunterstuetzer.de | www.alltagsunterstuetzer.de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99299" cy="432000"/>
          <wp:docPr id="1" name="Picture 1" descr="Die Alltagsunterstützer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9299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erneute Prüfung meines Pflegegrades</dc:title>
  <dc:subject>Bearbeitbare Briefvorlage</dc:subject>
  <dc:creator>Die Alltagsunterstützer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