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 w:line="252" w:lineRule="auto"/>
      </w:pPr>
      <w:r>
        <w:rPr>
          <w:rFonts w:ascii="Arial" w:hAnsi="Arial"/>
          <w:b w:val="0"/>
          <w:sz w:val="21"/>
        </w:rPr>
        <w:t>[Vorname Nachname]</w:t>
        <w:br/>
        <w:t>[Straße Hausnummer]</w:t>
        <w:br/>
        <w:t>[PLZ Ort]</w:t>
      </w:r>
    </w:p>
    <w:p>
      <w:pPr>
        <w:spacing w:after="280" w:before="0"/>
      </w:pPr>
      <w:r>
        <w:rPr>
          <w:rFonts w:ascii="Arial" w:hAnsi="Arial"/>
          <w:b w:val="0"/>
          <w:sz w:val="22"/>
        </w:rPr>
        <w:t>[Pflegekasse / private Pflegepflichtversicherung]</w:t>
        <w:br/>
        <w:t>[Anschrift]</w:t>
        <w:br/>
        <w:t>[PLZ Ort]</w:t>
      </w:r>
    </w:p>
    <w:p>
      <w:pPr>
        <w:spacing w:after="400" w:before="0"/>
        <w:jc w:val="right"/>
      </w:pPr>
      <w:r>
        <w:rPr>
          <w:rFonts w:ascii="Arial" w:hAnsi="Arial"/>
          <w:b w:val="0"/>
          <w:sz w:val="22"/>
        </w:rPr>
        <w:t>[Ort], [Datum]</w:t>
      </w:r>
    </w:p>
    <w:p>
      <w:pPr>
        <w:spacing w:after="240" w:before="0"/>
      </w:pPr>
      <w:r>
        <w:rPr>
          <w:rFonts w:ascii="Arial" w:hAnsi="Arial"/>
          <w:b/>
          <w:sz w:val="28"/>
        </w:rPr>
        <w:t>Bitte um eine aktuelle Leistungs- und Budgetübersicht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Versicherungsnummer: [Nummer]</w:t>
        <w:br/>
        <w:t>Geburtsdatum (optional): [Datum]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Stichtag / Auskunftszeitraum: [Datum oder Zeitraum]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Sehr geehrte Damen und Herren,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senden Sie mir für den genannten Stichtag eine aktuelle Übersicht zu: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- Entlastungsbetrag: Rest je Anspruchsjahr und Nutzungsfrist;</w:t>
        <w:br/>
        <w:t>- Pflegesachleistungen des Monats sowie Auswirkungen einer Umwandlung auf das Pflegegeld;</w:t>
        <w:br/>
        <w:t>- gemeinsamem Jahresbetrag für Verhinderungs- und Kurzzeitpflege.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nennen Sie verbuchte Erstattungen, offene Vorgänge und enthaltene Rechnungen getrennt. Welche Unterlagen fehlen noch?</w:t>
      </w:r>
    </w:p>
    <w:p>
      <w:pPr>
        <w:spacing w:after="440" w:before="0"/>
      </w:pPr>
      <w:r>
        <w:rPr>
          <w:rFonts w:ascii="Arial" w:hAnsi="Arial"/>
          <w:b w:val="0"/>
          <w:sz w:val="22"/>
        </w:rPr>
        <w:t>Mit freundlichen Grüßen</w:t>
      </w:r>
    </w:p>
    <w:p>
      <w:pPr>
        <w:spacing w:after="80" w:before="0"/>
      </w:pPr>
      <w:r>
        <w:rPr>
          <w:rFonts w:ascii="Arial" w:hAnsi="Arial"/>
          <w:b w:val="0"/>
          <w:color w:val="008E99"/>
          <w:sz w:val="21"/>
        </w:rPr>
        <w:t>[Unterschrift]</w:t>
      </w:r>
    </w:p>
    <w:p>
      <w:pPr>
        <w:spacing w:after="0" w:before="0"/>
      </w:pPr>
      <w:r>
        <w:rPr>
          <w:rFonts w:ascii="Arial" w:hAnsi="Arial"/>
          <w:b w:val="0"/>
          <w:sz w:val="18"/>
        </w:rPr>
        <w:t>[Name der versicherten oder vertretungsberechtigten Person]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474" w:left="1417" w:header="397" w:footer="6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/>
    </w:pPr>
    <w:r>
      <w:rPr>
        <w:rFonts w:ascii="Arial" w:hAnsi="Arial"/>
        <w:b w:val="0"/>
        <w:color w:val="566A7B"/>
        <w:sz w:val="16"/>
      </w:rPr>
      <w:t>Kostenlose Formulierungshilfe von den Alltagsunterstützern. Absender des Schreibens sind Sie.</w:t>
    </w:r>
  </w:p>
  <w:p>
    <w:pPr>
      <w:spacing w:after="60"/>
    </w:pPr>
    <w:r>
      <w:rPr>
        <w:rFonts w:ascii="Arial" w:hAnsi="Arial"/>
        <w:b w:val="0"/>
        <w:color w:val="566A7B"/>
        <w:sz w:val="16"/>
      </w:rPr>
      <w:t>Die Alltagsunterstützer UG (haftungsbeschränkt) | Gluckstraße 57 · 22081 Hamburg</w:t>
    </w:r>
  </w:p>
  <w:p>
    <w:pPr>
      <w:spacing w:after="0"/>
    </w:pPr>
    <w:r>
      <w:rPr>
        <w:rFonts w:ascii="Arial" w:hAnsi="Arial"/>
        <w:b/>
        <w:color w:val="172E52"/>
        <w:sz w:val="16"/>
      </w:rPr>
      <w:t>040 226 353 24 | info@alltagsunterstuetzer.de | www.alltagsunterstuetzer.de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99299" cy="432000"/>
          <wp:docPr id="1" name="Picture 1" descr="Die Alltagsunterstützer Original-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9299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172E52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um eine aktuelle Leistungs- und Budgetübersicht</dc:title>
  <dc:subject>Bearbeitbare Briefvorlage</dc:subject>
  <dc:creator>Die Alltagsunterstützer UG (haftungsbeschränkt)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