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 w:line="252" w:lineRule="auto"/>
      </w:pPr>
      <w:r>
        <w:rPr>
          <w:rFonts w:ascii="Arial" w:hAnsi="Arial"/>
          <w:b w:val="0"/>
          <w:sz w:val="21"/>
        </w:rPr>
        <w:t>[Vorname Nachname]</w:t>
        <w:br/>
        <w:t>[Straße Hausnummer]</w:t>
        <w:br/>
        <w:t>[PLZ Ort]</w:t>
      </w:r>
    </w:p>
    <w:p>
      <w:pPr>
        <w:spacing w:after="280" w:before="0"/>
      </w:pPr>
      <w:r>
        <w:rPr>
          <w:rFonts w:ascii="Arial" w:hAnsi="Arial"/>
          <w:b w:val="0"/>
          <w:sz w:val="22"/>
        </w:rPr>
        <w:t>[Pflegekasse / private Pflegepflichtversicherung]</w:t>
        <w:br/>
        <w:t>[Anschrift]</w:t>
        <w:br/>
        <w:t>[PLZ Ort]</w:t>
      </w:r>
    </w:p>
    <w:p>
      <w:pPr>
        <w:spacing w:after="400" w:before="0"/>
        <w:jc w:val="right"/>
      </w:pPr>
      <w:r>
        <w:rPr>
          <w:rFonts w:ascii="Arial" w:hAnsi="Arial"/>
          <w:b w:val="0"/>
          <w:sz w:val="22"/>
        </w:rPr>
        <w:t>[Ort], [Datum]</w:t>
      </w:r>
    </w:p>
    <w:p>
      <w:pPr>
        <w:spacing w:after="240" w:before="0"/>
      </w:pPr>
      <w:r>
        <w:rPr>
          <w:rFonts w:ascii="Arial" w:hAnsi="Arial"/>
          <w:b/>
          <w:sz w:val="28"/>
        </w:rPr>
        <w:t>Antrag auf Leistungen der Pflegeversicherung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Versicherungsnummer: [Nummer]</w:t>
        <w:br/>
        <w:t>Geburtsdatum (optional): [Datum]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Sehr geehrte Damen und Herren,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hiermit beantrage ich Leistungen der Pflegeversicherung und bitte um Prüfung meiner Pflegebedürftigkeit.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bestätigen Sie den Eingang dieses Antrags und informieren Sie mich über die erforderlichen Unterlagen, das Begutachtungsverfahren sowie meine Beratungsmöglichkeiten.</w:t>
      </w:r>
    </w:p>
    <w:p>
      <w:pPr>
        <w:spacing w:after="440" w:before="0"/>
      </w:pPr>
      <w:r>
        <w:rPr>
          <w:rFonts w:ascii="Arial" w:hAnsi="Arial"/>
          <w:b w:val="0"/>
          <w:sz w:val="22"/>
        </w:rPr>
        <w:t>Mit freundlichen Grüßen</w:t>
      </w:r>
    </w:p>
    <w:p>
      <w:pPr>
        <w:spacing w:after="80" w:before="0"/>
      </w:pPr>
      <w:r>
        <w:rPr>
          <w:rFonts w:ascii="Arial" w:hAnsi="Arial"/>
          <w:b w:val="0"/>
          <w:color w:val="008E99"/>
          <w:sz w:val="21"/>
        </w:rPr>
        <w:t>[Unterschrift]</w:t>
      </w:r>
    </w:p>
    <w:p>
      <w:pPr>
        <w:spacing w:after="0" w:before="0"/>
      </w:pPr>
      <w:r>
        <w:rPr>
          <w:rFonts w:ascii="Arial" w:hAnsi="Arial"/>
          <w:b w:val="0"/>
          <w:sz w:val="18"/>
        </w:rPr>
        <w:t>[Name der versicherten oder vertretungsberechtigten Person]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474" w:left="1417" w:header="397" w:footer="6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/>
    </w:pPr>
    <w:r>
      <w:rPr>
        <w:rFonts w:ascii="Arial" w:hAnsi="Arial"/>
        <w:b w:val="0"/>
        <w:color w:val="566A7B"/>
        <w:sz w:val="16"/>
      </w:rPr>
      <w:t>Kostenlose Formulierungshilfe von den Alltagsunterstützern. Absender des Schreibens sind Sie.</w:t>
    </w:r>
  </w:p>
  <w:p>
    <w:pPr>
      <w:spacing w:after="60"/>
    </w:pPr>
    <w:r>
      <w:rPr>
        <w:rFonts w:ascii="Arial" w:hAnsi="Arial"/>
        <w:b w:val="0"/>
        <w:color w:val="566A7B"/>
        <w:sz w:val="16"/>
      </w:rPr>
      <w:t>Die Alltagsunterstützer UG (haftungsbeschränkt) | Gluckstraße 57 · 22081 Hamburg</w:t>
    </w:r>
  </w:p>
  <w:p>
    <w:pPr>
      <w:spacing w:after="0"/>
    </w:pPr>
    <w:r>
      <w:rPr>
        <w:rFonts w:ascii="Arial" w:hAnsi="Arial"/>
        <w:b/>
        <w:color w:val="172E52"/>
        <w:sz w:val="16"/>
      </w:rPr>
      <w:t>040 226 353 24 | info@alltagsunterstuetzer.de | www.alltagsunterstuetzer.de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99299" cy="432000"/>
          <wp:docPr id="1" name="Picture 1" descr="Die Alltagsunterstützer Original-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9299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172E52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Leistungen der Pflegeversicherung</dc:title>
  <dc:subject>Bearbeitbare Briefvorlage</dc:subject>
  <dc:creator>Die Alltagsunterstützer UG (haftungsbeschränkt)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